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45EDA8" w14:textId="77777777" w:rsidR="00D8591A" w:rsidRPr="002A2C23" w:rsidRDefault="00000000">
      <w:pPr>
        <w:spacing w:after="80"/>
        <w:rPr>
          <w:lang w:val="de-DE"/>
        </w:rPr>
      </w:pPr>
      <w:r w:rsidRPr="002A2C23">
        <w:rPr>
          <w:b/>
          <w:color w:val="1F4D78"/>
          <w:sz w:val="48"/>
          <w:lang w:val="de-DE"/>
        </w:rPr>
        <w:t>Auftragsverarbeitungsvertrag SSD Manager</w:t>
      </w:r>
    </w:p>
    <w:p w14:paraId="34BB08DE" w14:textId="77777777" w:rsidR="00D8591A" w:rsidRPr="002A2C23" w:rsidRDefault="00000000">
      <w:pPr>
        <w:spacing w:after="280"/>
        <w:rPr>
          <w:lang w:val="de-DE"/>
        </w:rPr>
      </w:pPr>
      <w:r w:rsidRPr="002A2C23">
        <w:rPr>
          <w:color w:val="5A626C"/>
          <w:sz w:val="26"/>
          <w:lang w:val="de-DE"/>
        </w:rPr>
        <w:t>Vereinbarung nach Art. 28 DSGVO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00"/>
        <w:gridCol w:w="7560"/>
      </w:tblGrid>
      <w:tr w:rsidR="00D8591A" w14:paraId="5303E4B5" w14:textId="77777777">
        <w:tc>
          <w:tcPr>
            <w:tcW w:w="1800" w:type="dxa"/>
            <w:shd w:val="clear" w:color="auto" w:fill="F2F4F7"/>
            <w:vAlign w:val="center"/>
          </w:tcPr>
          <w:p w14:paraId="06500764" w14:textId="77777777" w:rsidR="00D8591A" w:rsidRDefault="00000000">
            <w:proofErr w:type="spellStart"/>
            <w:r>
              <w:rPr>
                <w:b/>
              </w:rPr>
              <w:t>Produkt</w:t>
            </w:r>
            <w:proofErr w:type="spellEnd"/>
          </w:p>
        </w:tc>
        <w:tc>
          <w:tcPr>
            <w:tcW w:w="7560" w:type="dxa"/>
            <w:vAlign w:val="center"/>
          </w:tcPr>
          <w:p w14:paraId="47383988" w14:textId="77777777" w:rsidR="00D8591A" w:rsidRDefault="00000000">
            <w:r>
              <w:t>SSD Manager</w:t>
            </w:r>
          </w:p>
        </w:tc>
      </w:tr>
      <w:tr w:rsidR="00D8591A" w14:paraId="04F6E59C" w14:textId="77777777">
        <w:tc>
          <w:tcPr>
            <w:tcW w:w="1800" w:type="dxa"/>
            <w:shd w:val="clear" w:color="auto" w:fill="F2F4F7"/>
            <w:vAlign w:val="center"/>
          </w:tcPr>
          <w:p w14:paraId="5769C679" w14:textId="77777777" w:rsidR="00D8591A" w:rsidRDefault="00000000">
            <w:r>
              <w:rPr>
                <w:b/>
              </w:rPr>
              <w:t>Stand</w:t>
            </w:r>
          </w:p>
        </w:tc>
        <w:tc>
          <w:tcPr>
            <w:tcW w:w="7560" w:type="dxa"/>
            <w:vAlign w:val="center"/>
          </w:tcPr>
          <w:p w14:paraId="0FEFFE2E" w14:textId="77777777" w:rsidR="00D8591A" w:rsidRDefault="00000000">
            <w:r>
              <w:t>26.07.2026</w:t>
            </w:r>
          </w:p>
        </w:tc>
      </w:tr>
      <w:tr w:rsidR="00D8591A" w:rsidRPr="002A2C23" w14:paraId="74A8169C" w14:textId="77777777">
        <w:tc>
          <w:tcPr>
            <w:tcW w:w="1800" w:type="dxa"/>
            <w:shd w:val="clear" w:color="auto" w:fill="F2F4F7"/>
            <w:vAlign w:val="center"/>
          </w:tcPr>
          <w:p w14:paraId="0ED33C4F" w14:textId="77777777" w:rsidR="00D8591A" w:rsidRDefault="00000000">
            <w:r>
              <w:rPr>
                <w:b/>
              </w:rPr>
              <w:t>Status</w:t>
            </w:r>
          </w:p>
        </w:tc>
        <w:tc>
          <w:tcPr>
            <w:tcW w:w="7560" w:type="dxa"/>
            <w:vAlign w:val="center"/>
          </w:tcPr>
          <w:p w14:paraId="58BD63BC" w14:textId="77777777" w:rsidR="00D8591A" w:rsidRPr="002A2C23" w:rsidRDefault="00000000">
            <w:pPr>
              <w:rPr>
                <w:lang w:val="de-DE"/>
              </w:rPr>
            </w:pPr>
            <w:r w:rsidRPr="002A2C23">
              <w:rPr>
                <w:lang w:val="de-DE"/>
              </w:rPr>
              <w:t>Prüffassung – vor Einsatz rechtlich und schulrechtlich freigeben</w:t>
            </w:r>
          </w:p>
        </w:tc>
      </w:tr>
    </w:tbl>
    <w:p w14:paraId="6F784D6A" w14:textId="77777777" w:rsidR="00D8591A" w:rsidRPr="002A2C23" w:rsidRDefault="00D8591A">
      <w:pPr>
        <w:rPr>
          <w:lang w:val="de-DE"/>
        </w:rPr>
      </w:pPr>
    </w:p>
    <w:p w14:paraId="3FD3F6AD" w14:textId="77777777" w:rsidR="00D8591A" w:rsidRPr="002A2C23" w:rsidRDefault="00D8591A">
      <w:pPr>
        <w:rPr>
          <w:lang w:val="de-DE"/>
        </w:rPr>
      </w:pPr>
    </w:p>
    <w:p w14:paraId="41AB285C" w14:textId="77777777" w:rsidR="00D8591A" w:rsidRDefault="00000000">
      <w:pPr>
        <w:pStyle w:val="berschrift1"/>
      </w:pPr>
      <w:proofErr w:type="spellStart"/>
      <w:r>
        <w:t>Vertragspartner</w:t>
      </w:r>
      <w:proofErr w:type="spellEnd"/>
      <w:r>
        <w:t xml:space="preserve"> und Rollen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200"/>
        <w:gridCol w:w="7160"/>
      </w:tblGrid>
      <w:tr w:rsidR="00D8591A" w14:paraId="71D9CCF8" w14:textId="77777777">
        <w:trPr>
          <w:tblHeader/>
        </w:trPr>
        <w:tc>
          <w:tcPr>
            <w:tcW w:w="2200" w:type="dxa"/>
            <w:shd w:val="clear" w:color="auto" w:fill="F2F4F7"/>
          </w:tcPr>
          <w:p w14:paraId="5E381F45" w14:textId="77777777" w:rsidR="00D8591A" w:rsidRDefault="00000000">
            <w:r>
              <w:rPr>
                <w:b/>
              </w:rPr>
              <w:t>Partei</w:t>
            </w:r>
          </w:p>
        </w:tc>
        <w:tc>
          <w:tcPr>
            <w:tcW w:w="7160" w:type="dxa"/>
            <w:shd w:val="clear" w:color="auto" w:fill="F2F4F7"/>
          </w:tcPr>
          <w:p w14:paraId="2A148FB5" w14:textId="77777777" w:rsidR="00D8591A" w:rsidRDefault="00000000">
            <w:r>
              <w:rPr>
                <w:b/>
              </w:rPr>
              <w:t>Rolle und Angaben</w:t>
            </w:r>
          </w:p>
        </w:tc>
      </w:tr>
      <w:tr w:rsidR="00D8591A" w:rsidRPr="002A2C23" w14:paraId="01C16501" w14:textId="77777777">
        <w:tc>
          <w:tcPr>
            <w:tcW w:w="2200" w:type="dxa"/>
            <w:vAlign w:val="center"/>
          </w:tcPr>
          <w:p w14:paraId="4B994B77" w14:textId="77777777" w:rsidR="00D8591A" w:rsidRDefault="00000000">
            <w:r>
              <w:t>Schule / Schulträger</w:t>
            </w:r>
          </w:p>
        </w:tc>
        <w:tc>
          <w:tcPr>
            <w:tcW w:w="7160" w:type="dxa"/>
            <w:vAlign w:val="center"/>
          </w:tcPr>
          <w:p w14:paraId="52F0FA5B" w14:textId="77777777" w:rsidR="00D8591A" w:rsidRPr="002A2C23" w:rsidRDefault="00000000">
            <w:pPr>
              <w:rPr>
                <w:lang w:val="de-DE"/>
              </w:rPr>
            </w:pPr>
            <w:r w:rsidRPr="002A2C23">
              <w:rPr>
                <w:lang w:val="de-DE"/>
              </w:rPr>
              <w:t>Verantwortlicher; Name/Anschrift/Vertretung/Kontakt: ______________________________</w:t>
            </w:r>
          </w:p>
        </w:tc>
      </w:tr>
      <w:tr w:rsidR="00D8591A" w:rsidRPr="002A2C23" w14:paraId="0119F8D7" w14:textId="77777777">
        <w:tc>
          <w:tcPr>
            <w:tcW w:w="2200" w:type="dxa"/>
            <w:vAlign w:val="center"/>
          </w:tcPr>
          <w:p w14:paraId="734C9913" w14:textId="77777777" w:rsidR="00D8591A" w:rsidRDefault="00000000">
            <w:r>
              <w:t>MinutMate</w:t>
            </w:r>
          </w:p>
        </w:tc>
        <w:tc>
          <w:tcPr>
            <w:tcW w:w="7160" w:type="dxa"/>
            <w:vAlign w:val="center"/>
          </w:tcPr>
          <w:p w14:paraId="5C995335" w14:textId="77777777" w:rsidR="00D8591A" w:rsidRPr="002A2C23" w:rsidRDefault="00000000">
            <w:pPr>
              <w:rPr>
                <w:lang w:val="de-DE"/>
              </w:rPr>
            </w:pPr>
            <w:r w:rsidRPr="002A2C23">
              <w:rPr>
                <w:lang w:val="de-DE"/>
              </w:rPr>
              <w:t>Auftragsverarbeiter; Marcos Caprile Santos, handelnd unter MinutMate, Heltorfer Mark 131, 40489 Düsseldorf, Deutschland, datenschutz@minutmate.com</w:t>
            </w:r>
          </w:p>
        </w:tc>
      </w:tr>
    </w:tbl>
    <w:p w14:paraId="5C6C08C0" w14:textId="77777777" w:rsidR="00D8591A" w:rsidRPr="002A2C23" w:rsidRDefault="00D8591A">
      <w:pPr>
        <w:rPr>
          <w:lang w:val="de-DE"/>
        </w:rPr>
      </w:pPr>
    </w:p>
    <w:p w14:paraId="379893E1" w14:textId="77777777" w:rsidR="00D8591A" w:rsidRPr="002A2C23" w:rsidRDefault="00000000">
      <w:pPr>
        <w:rPr>
          <w:lang w:val="de-DE"/>
        </w:rPr>
      </w:pPr>
      <w:r w:rsidRPr="002A2C23">
        <w:rPr>
          <w:lang w:val="de-DE"/>
        </w:rPr>
        <w:t>Eigene Verarbeitungen von MinutMate für Vertragsverwaltung, Abrechnung, IT-Sicherheit und gesetzliche Pflichten erfolgen in eigener Verantwortlichkeit.</w:t>
      </w:r>
    </w:p>
    <w:p w14:paraId="736DF3C7" w14:textId="77777777" w:rsidR="00D8591A" w:rsidRPr="002A2C23" w:rsidRDefault="00000000">
      <w:pPr>
        <w:pStyle w:val="berschrift1"/>
        <w:rPr>
          <w:lang w:val="de-DE"/>
        </w:rPr>
      </w:pPr>
      <w:r w:rsidRPr="002A2C23">
        <w:rPr>
          <w:lang w:val="de-DE"/>
        </w:rPr>
        <w:t>1. Gegenstand, Art, Zweck und Dauer</w:t>
      </w:r>
    </w:p>
    <w:p w14:paraId="5C2E1FB7" w14:textId="77777777" w:rsidR="00D8591A" w:rsidRPr="002A2C23" w:rsidRDefault="00000000">
      <w:pPr>
        <w:rPr>
          <w:lang w:val="de-DE"/>
        </w:rPr>
      </w:pPr>
      <w:r w:rsidRPr="002A2C23">
        <w:rPr>
          <w:lang w:val="de-DE"/>
        </w:rPr>
        <w:t>Bereitstellung, Hosting und Administration einer schulbezogenen SSD-Manager-Umgebung; Konten, Rollen, Dienstplanung, Ankündigungen, Anhänge, Geräte/Sitzungen, Support, Sicherung und IT-Sicherheit. Dauer des Hauptvertrags einschließlich abgestimmter Export- und Löschphase.</w:t>
      </w:r>
    </w:p>
    <w:p w14:paraId="70838412" w14:textId="77777777" w:rsidR="00D8591A" w:rsidRPr="002A2C23" w:rsidRDefault="00000000">
      <w:pPr>
        <w:pStyle w:val="berschrift1"/>
        <w:rPr>
          <w:lang w:val="de-DE"/>
        </w:rPr>
      </w:pPr>
      <w:r w:rsidRPr="002A2C23">
        <w:rPr>
          <w:lang w:val="de-DE"/>
        </w:rPr>
        <w:t>2. Betroffene Personen und Daten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400"/>
        <w:gridCol w:w="6960"/>
      </w:tblGrid>
      <w:tr w:rsidR="00D8591A" w14:paraId="6BBF0C02" w14:textId="77777777">
        <w:trPr>
          <w:tblHeader/>
        </w:trPr>
        <w:tc>
          <w:tcPr>
            <w:tcW w:w="2400" w:type="dxa"/>
            <w:shd w:val="clear" w:color="auto" w:fill="F2F4F7"/>
          </w:tcPr>
          <w:p w14:paraId="006EA985" w14:textId="77777777" w:rsidR="00D8591A" w:rsidRDefault="00000000">
            <w:r>
              <w:rPr>
                <w:b/>
              </w:rPr>
              <w:t>Kategorie</w:t>
            </w:r>
          </w:p>
        </w:tc>
        <w:tc>
          <w:tcPr>
            <w:tcW w:w="6960" w:type="dxa"/>
            <w:shd w:val="clear" w:color="auto" w:fill="F2F4F7"/>
          </w:tcPr>
          <w:p w14:paraId="3069F3E9" w14:textId="77777777" w:rsidR="00D8591A" w:rsidRDefault="00000000">
            <w:r>
              <w:rPr>
                <w:b/>
              </w:rPr>
              <w:t>Inhalt</w:t>
            </w:r>
          </w:p>
        </w:tc>
      </w:tr>
      <w:tr w:rsidR="00D8591A" w:rsidRPr="002A2C23" w14:paraId="2F6294B9" w14:textId="77777777">
        <w:tc>
          <w:tcPr>
            <w:tcW w:w="2400" w:type="dxa"/>
            <w:vAlign w:val="center"/>
          </w:tcPr>
          <w:p w14:paraId="1B3C9051" w14:textId="77777777" w:rsidR="00D8591A" w:rsidRDefault="00000000">
            <w:r>
              <w:t>Betroffene</w:t>
            </w:r>
          </w:p>
        </w:tc>
        <w:tc>
          <w:tcPr>
            <w:tcW w:w="6960" w:type="dxa"/>
            <w:vAlign w:val="center"/>
          </w:tcPr>
          <w:p w14:paraId="7D793E93" w14:textId="77777777" w:rsidR="00D8591A" w:rsidRPr="002A2C23" w:rsidRDefault="00000000">
            <w:pPr>
              <w:rPr>
                <w:lang w:val="de-DE"/>
              </w:rPr>
            </w:pPr>
            <w:r w:rsidRPr="002A2C23">
              <w:rPr>
                <w:lang w:val="de-DE"/>
              </w:rPr>
              <w:t>Schülerinnen und Schüler im Schulsanitätsdienst, Sani-Leitung, Lehreraufsicht, Sekretariat, sonstige autorisierte schulische Ansprechpartner</w:t>
            </w:r>
          </w:p>
        </w:tc>
      </w:tr>
      <w:tr w:rsidR="00D8591A" w:rsidRPr="002A2C23" w14:paraId="75CDDAE3" w14:textId="77777777">
        <w:tc>
          <w:tcPr>
            <w:tcW w:w="2400" w:type="dxa"/>
            <w:vAlign w:val="center"/>
          </w:tcPr>
          <w:p w14:paraId="73F058B1" w14:textId="77777777" w:rsidR="00D8591A" w:rsidRDefault="00000000">
            <w:r>
              <w:t>Stammdaten</w:t>
            </w:r>
          </w:p>
        </w:tc>
        <w:tc>
          <w:tcPr>
            <w:tcW w:w="6960" w:type="dxa"/>
            <w:vAlign w:val="center"/>
          </w:tcPr>
          <w:p w14:paraId="6687762F" w14:textId="77777777" w:rsidR="00D8591A" w:rsidRPr="002A2C23" w:rsidRDefault="00000000">
            <w:pPr>
              <w:rPr>
                <w:lang w:val="de-DE"/>
              </w:rPr>
            </w:pPr>
            <w:r w:rsidRPr="002A2C23">
              <w:rPr>
                <w:lang w:val="de-DE"/>
              </w:rPr>
              <w:t>Name, Benutzername, E-Mail, Schule, Rolle, Status, Qualifikationsbeginn</w:t>
            </w:r>
          </w:p>
        </w:tc>
      </w:tr>
      <w:tr w:rsidR="00D8591A" w14:paraId="21BB1B22" w14:textId="77777777">
        <w:tc>
          <w:tcPr>
            <w:tcW w:w="2400" w:type="dxa"/>
            <w:vAlign w:val="center"/>
          </w:tcPr>
          <w:p w14:paraId="7553334B" w14:textId="77777777" w:rsidR="00D8591A" w:rsidRDefault="00000000">
            <w:r>
              <w:t>Organisationsdaten</w:t>
            </w:r>
          </w:p>
        </w:tc>
        <w:tc>
          <w:tcPr>
            <w:tcW w:w="6960" w:type="dxa"/>
            <w:vAlign w:val="center"/>
          </w:tcPr>
          <w:p w14:paraId="13E3B59E" w14:textId="77777777" w:rsidR="00D8591A" w:rsidRDefault="00000000">
            <w:r>
              <w:t>Diensttage, Zuweisungen, Krankmeldungen, Historie</w:t>
            </w:r>
          </w:p>
        </w:tc>
      </w:tr>
      <w:tr w:rsidR="00D8591A" w:rsidRPr="002A2C23" w14:paraId="7417B2B9" w14:textId="77777777">
        <w:tc>
          <w:tcPr>
            <w:tcW w:w="2400" w:type="dxa"/>
            <w:vAlign w:val="center"/>
          </w:tcPr>
          <w:p w14:paraId="220CABB0" w14:textId="77777777" w:rsidR="00D8591A" w:rsidRDefault="00000000">
            <w:r>
              <w:t>Kommunikation</w:t>
            </w:r>
          </w:p>
        </w:tc>
        <w:tc>
          <w:tcPr>
            <w:tcW w:w="6960" w:type="dxa"/>
            <w:vAlign w:val="center"/>
          </w:tcPr>
          <w:p w14:paraId="5B234B96" w14:textId="77777777" w:rsidR="00D8591A" w:rsidRPr="002A2C23" w:rsidRDefault="00000000">
            <w:pPr>
              <w:rPr>
                <w:lang w:val="de-DE"/>
              </w:rPr>
            </w:pPr>
            <w:r w:rsidRPr="002A2C23">
              <w:rPr>
                <w:lang w:val="de-DE"/>
              </w:rPr>
              <w:t>Ankündigungstexte, Absender, Fotos, Dateien und Metadaten</w:t>
            </w:r>
          </w:p>
        </w:tc>
      </w:tr>
      <w:tr w:rsidR="00D8591A" w:rsidRPr="002A2C23" w14:paraId="56B6A917" w14:textId="77777777">
        <w:tc>
          <w:tcPr>
            <w:tcW w:w="2400" w:type="dxa"/>
            <w:vAlign w:val="center"/>
          </w:tcPr>
          <w:p w14:paraId="4C305F5D" w14:textId="77777777" w:rsidR="00D8591A" w:rsidRDefault="00000000">
            <w:r>
              <w:lastRenderedPageBreak/>
              <w:t>Technik/Sicherheit</w:t>
            </w:r>
          </w:p>
        </w:tc>
        <w:tc>
          <w:tcPr>
            <w:tcW w:w="6960" w:type="dxa"/>
            <w:vAlign w:val="center"/>
          </w:tcPr>
          <w:p w14:paraId="76C74BDF" w14:textId="77777777" w:rsidR="00D8591A" w:rsidRPr="002A2C23" w:rsidRDefault="00000000">
            <w:pPr>
              <w:rPr>
                <w:lang w:val="de-DE"/>
              </w:rPr>
            </w:pPr>
            <w:r w:rsidRPr="002A2C23">
              <w:rPr>
                <w:lang w:val="de-DE"/>
              </w:rPr>
              <w:t>Sitzungs- und Geräteinformationen, Installationskennung, Push-Token, Audit-, Login- und Fehlerdaten</w:t>
            </w:r>
          </w:p>
        </w:tc>
      </w:tr>
      <w:tr w:rsidR="00D8591A" w:rsidRPr="002A2C23" w14:paraId="6A95D3A1" w14:textId="77777777">
        <w:tc>
          <w:tcPr>
            <w:tcW w:w="2400" w:type="dxa"/>
            <w:vAlign w:val="center"/>
          </w:tcPr>
          <w:p w14:paraId="3881B398" w14:textId="77777777" w:rsidR="00D8591A" w:rsidRDefault="00000000">
            <w:r>
              <w:t>Support</w:t>
            </w:r>
          </w:p>
        </w:tc>
        <w:tc>
          <w:tcPr>
            <w:tcW w:w="6960" w:type="dxa"/>
            <w:vAlign w:val="center"/>
          </w:tcPr>
          <w:p w14:paraId="62D398B2" w14:textId="77777777" w:rsidR="00D8591A" w:rsidRPr="002A2C23" w:rsidRDefault="00000000">
            <w:pPr>
              <w:rPr>
                <w:lang w:val="de-DE"/>
              </w:rPr>
            </w:pPr>
            <w:r w:rsidRPr="002A2C23">
              <w:rPr>
                <w:lang w:val="de-DE"/>
              </w:rPr>
              <w:t>Anfragen und zur Problemlösung übermittelte Informationen</w:t>
            </w:r>
          </w:p>
        </w:tc>
      </w:tr>
    </w:tbl>
    <w:p w14:paraId="10E4C812" w14:textId="77777777" w:rsidR="00D8591A" w:rsidRPr="002A2C23" w:rsidRDefault="00D8591A">
      <w:pPr>
        <w:rPr>
          <w:lang w:val="de-DE"/>
        </w:rPr>
      </w:pPr>
    </w:p>
    <w:p w14:paraId="33DC0254" w14:textId="77777777" w:rsidR="00D8591A" w:rsidRPr="002A2C23" w:rsidRDefault="00000000">
      <w:pPr>
        <w:rPr>
          <w:lang w:val="de-DE"/>
        </w:rPr>
      </w:pPr>
      <w:r w:rsidRPr="002A2C23">
        <w:rPr>
          <w:lang w:val="de-DE"/>
        </w:rPr>
        <w:t>Medizinische Falldaten und besondere Kategorien personenbezogener Daten sind nicht planmäßig vorgesehen. Sie dürfen nicht in Ankündigungen oder Anhängen gespeichert werden, sofern keine ausdrückliche Weisung und gesonderte rechtliche Prüfung vorliegt.</w:t>
      </w:r>
    </w:p>
    <w:p w14:paraId="1A52154D" w14:textId="77777777" w:rsidR="00D8591A" w:rsidRPr="002A2C23" w:rsidRDefault="00000000">
      <w:pPr>
        <w:pStyle w:val="berschrift1"/>
        <w:rPr>
          <w:lang w:val="de-DE"/>
        </w:rPr>
      </w:pPr>
      <w:r w:rsidRPr="002A2C23">
        <w:rPr>
          <w:lang w:val="de-DE"/>
        </w:rPr>
        <w:t>3. Weisungsbindung</w:t>
      </w:r>
    </w:p>
    <w:p w14:paraId="5A07FB12" w14:textId="77777777" w:rsidR="00D8591A" w:rsidRPr="002A2C23" w:rsidRDefault="00000000">
      <w:pPr>
        <w:rPr>
          <w:lang w:val="de-DE"/>
        </w:rPr>
      </w:pPr>
      <w:r w:rsidRPr="002A2C23">
        <w:rPr>
          <w:lang w:val="de-DE"/>
        </w:rPr>
        <w:t>MinutMate verarbeitet Schuldaten ausschließlich auf dokumentierte Weisung. Hauptvertrag, AVV, berechtigte Konfigurationen und nachweisbare Mitteilungen gelten als Weisungen. Offensichtlich rechtswidrige Weisungen werden beanstandet und bis zur Klärung ausgesetzt, soweit rechtlich zulässig.</w:t>
      </w:r>
    </w:p>
    <w:p w14:paraId="7F37C20B" w14:textId="77777777" w:rsidR="00D8591A" w:rsidRDefault="00000000">
      <w:pPr>
        <w:pStyle w:val="berschrift1"/>
      </w:pPr>
      <w:r>
        <w:t>4. Pflichten des Auftragsverarbeiters</w:t>
      </w:r>
    </w:p>
    <w:p w14:paraId="191C1E67" w14:textId="77777777" w:rsidR="00D8591A" w:rsidRDefault="00000000">
      <w:pPr>
        <w:pStyle w:val="Aufzhlungszeichen"/>
        <w:spacing w:after="160" w:line="280" w:lineRule="auto"/>
        <w:ind w:left="720"/>
      </w:pPr>
      <w:r>
        <w:t>Vertraulich verpflichtete, erforderliche Zugriffsberechtigte.</w:t>
      </w:r>
    </w:p>
    <w:p w14:paraId="66C71960" w14:textId="77777777" w:rsidR="00D8591A" w:rsidRPr="002A2C23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2A2C23">
        <w:rPr>
          <w:lang w:val="de-DE"/>
        </w:rPr>
        <w:t>Umsetzung und fortlaufende Prüfung der vereinbarten TOMs.</w:t>
      </w:r>
    </w:p>
    <w:p w14:paraId="7F256E68" w14:textId="77777777" w:rsidR="00D8591A" w:rsidRPr="002A2C23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2A2C23">
        <w:rPr>
          <w:lang w:val="de-DE"/>
        </w:rPr>
        <w:t>Unterstützung bei Betroffenenrechten, DSFA, Konsultationen, Sicherheitsprüfungen und Meldungen.</w:t>
      </w:r>
    </w:p>
    <w:p w14:paraId="5A09999F" w14:textId="77777777" w:rsidR="00D8591A" w:rsidRPr="002A2C23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2A2C23">
        <w:rPr>
          <w:lang w:val="de-DE"/>
        </w:rPr>
        <w:t>Unverzügliche Information der Schule nach Bekanntwerden einer Datenschutzverletzung.</w:t>
      </w:r>
    </w:p>
    <w:p w14:paraId="3D573CC2" w14:textId="77777777" w:rsidR="00D8591A" w:rsidRPr="002A2C23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2A2C23">
        <w:rPr>
          <w:lang w:val="de-DE"/>
        </w:rPr>
        <w:t>Führen erforderlicher Nachweise und Bereitstellung angemessener Kontrollinformationen.</w:t>
      </w:r>
    </w:p>
    <w:p w14:paraId="56C2A9B4" w14:textId="77777777" w:rsidR="00D8591A" w:rsidRPr="002A2C23" w:rsidRDefault="00000000">
      <w:pPr>
        <w:pStyle w:val="berschrift1"/>
        <w:rPr>
          <w:lang w:val="de-DE"/>
        </w:rPr>
      </w:pPr>
      <w:r w:rsidRPr="002A2C23">
        <w:rPr>
          <w:lang w:val="de-DE"/>
        </w:rPr>
        <w:t>5. Unterauftragsverarbeiter und Drittlandtransfers</w:t>
      </w:r>
    </w:p>
    <w:p w14:paraId="04F54652" w14:textId="77777777" w:rsidR="00D8591A" w:rsidRPr="002A2C23" w:rsidRDefault="00000000">
      <w:pPr>
        <w:rPr>
          <w:lang w:val="de-DE"/>
        </w:rPr>
      </w:pPr>
      <w:r w:rsidRPr="002A2C23">
        <w:rPr>
          <w:lang w:val="de-DE"/>
        </w:rPr>
        <w:t>Die separate Unterauftragnehmerliste ist allgemein genehmigt. MinutMate informiert über beabsichtigte wesentliche Änderungen mit angemessener Frist; die Schule kann aus wichtigem datenschutzrechtlichem Grund widersprechen. Unterauftragsverarbeiter werden gleichwertig verpflichtet. Übermittlungen außerhalb des EWR erfolgen nur nach Art. 44 ff. DSGVO.</w:t>
      </w:r>
    </w:p>
    <w:p w14:paraId="509768CB" w14:textId="77777777" w:rsidR="00D8591A" w:rsidRPr="002A2C23" w:rsidRDefault="00000000">
      <w:pPr>
        <w:pStyle w:val="berschrift1"/>
        <w:rPr>
          <w:lang w:val="de-DE"/>
        </w:rPr>
      </w:pPr>
      <w:r w:rsidRPr="002A2C23">
        <w:rPr>
          <w:lang w:val="de-DE"/>
        </w:rPr>
        <w:t>6. Kontrollen</w:t>
      </w:r>
    </w:p>
    <w:p w14:paraId="5B9C05A4" w14:textId="77777777" w:rsidR="00D8591A" w:rsidRPr="002A2C23" w:rsidRDefault="00000000">
      <w:pPr>
        <w:rPr>
          <w:lang w:val="de-DE"/>
        </w:rPr>
      </w:pPr>
      <w:r w:rsidRPr="002A2C23">
        <w:rPr>
          <w:lang w:val="de-DE"/>
        </w:rPr>
        <w:t>MinutMate stellt erforderliche Informationen und Nachweise bereit. Dokumentenprüfungen haben Vorrang. Erforderliche Vor-Ort- oder Fernkontrollen erfolgen abgestimmt, während üblicher Geschäftszeiten, mit angemessener Vorankündigung und unter Wahrung von Sicherheits- und Geheimhaltungsinteressen.</w:t>
      </w:r>
    </w:p>
    <w:p w14:paraId="0B9152E0" w14:textId="77777777" w:rsidR="00D8591A" w:rsidRPr="002A2C23" w:rsidRDefault="00000000">
      <w:pPr>
        <w:pStyle w:val="berschrift1"/>
        <w:rPr>
          <w:lang w:val="de-DE"/>
        </w:rPr>
      </w:pPr>
      <w:r w:rsidRPr="002A2C23">
        <w:rPr>
          <w:lang w:val="de-DE"/>
        </w:rPr>
        <w:lastRenderedPageBreak/>
        <w:t>7. Rückgabe und Löschung</w:t>
      </w:r>
    </w:p>
    <w:p w14:paraId="61251D3C" w14:textId="77777777" w:rsidR="00D8591A" w:rsidRDefault="00000000">
      <w:r w:rsidRPr="002A2C23">
        <w:rPr>
          <w:lang w:val="de-DE"/>
        </w:rPr>
        <w:t xml:space="preserve">Nach Vertragsende wird der Schulzugang deaktiviert. Exportfrist: 30 Tage. Danach werden produktive Schuldaten nach Weisung gelöscht oder anonymisiert. Verschlüsselte tägliche Sicherungen rotieren spätestens 30 Tage nach Erstellung aus und bleiben bis dahin gesperrt; sie werden nicht zur Rücknahme einer wirksamen Löschung in den Regelbetrieb verwendet. </w:t>
      </w:r>
      <w:r>
        <w:t>Gesetzliche Aufbewahrungspflichten für eigene Vertragsdaten bleiben unberührt.</w:t>
      </w:r>
    </w:p>
    <w:p w14:paraId="67DF7A09" w14:textId="77777777" w:rsidR="00D8591A" w:rsidRDefault="00000000">
      <w:pPr>
        <w:pStyle w:val="berschrift1"/>
      </w:pPr>
      <w:r>
        <w:t>8. Anlagen</w:t>
      </w:r>
    </w:p>
    <w:p w14:paraId="0359930D" w14:textId="77777777" w:rsidR="00D8591A" w:rsidRPr="002A2C23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2A2C23">
        <w:rPr>
          <w:lang w:val="de-DE"/>
        </w:rPr>
        <w:t>Anlage 1: Verarbeitungsbeschreibung und Datenkategorien (Abschnitte 1 und 2).</w:t>
      </w:r>
    </w:p>
    <w:p w14:paraId="1E6AFCCB" w14:textId="77777777" w:rsidR="00D8591A" w:rsidRDefault="00000000">
      <w:pPr>
        <w:pStyle w:val="Aufzhlungszeichen"/>
        <w:spacing w:after="160" w:line="280" w:lineRule="auto"/>
        <w:ind w:left="720"/>
      </w:pPr>
      <w:r>
        <w:t>Anlage 2: Unterauftragnehmerliste SSD Manager.</w:t>
      </w:r>
    </w:p>
    <w:p w14:paraId="0970AB86" w14:textId="77777777" w:rsidR="00D8591A" w:rsidRPr="002A2C23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2A2C23">
        <w:rPr>
          <w:lang w:val="de-DE"/>
        </w:rPr>
        <w:t>Anlage 3: Technische und organisatorische Maßnahmen.</w:t>
      </w:r>
    </w:p>
    <w:p w14:paraId="4270FADD" w14:textId="77777777" w:rsidR="00D8591A" w:rsidRDefault="00000000">
      <w:pPr>
        <w:pStyle w:val="Aufzhlungszeichen"/>
        <w:spacing w:after="160" w:line="280" w:lineRule="auto"/>
        <w:ind w:left="720"/>
      </w:pPr>
      <w:r>
        <w:t>Anlage 4: Lösch- und Aufbewahrungskonzept.</w:t>
      </w:r>
    </w:p>
    <w:p w14:paraId="0354B932" w14:textId="77777777" w:rsidR="00D8591A" w:rsidRDefault="00000000">
      <w:pPr>
        <w:pStyle w:val="berschrift1"/>
      </w:pPr>
      <w:r>
        <w:t>Unterschriften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D8591A" w14:paraId="53BF7767" w14:textId="77777777">
        <w:trPr>
          <w:tblHeader/>
        </w:trPr>
        <w:tc>
          <w:tcPr>
            <w:tcW w:w="4680" w:type="dxa"/>
            <w:shd w:val="clear" w:color="auto" w:fill="F2F4F7"/>
          </w:tcPr>
          <w:p w14:paraId="64515C86" w14:textId="77777777" w:rsidR="00D8591A" w:rsidRDefault="00000000">
            <w:r>
              <w:rPr>
                <w:b/>
              </w:rPr>
              <w:t>Schule / Schulträger</w:t>
            </w:r>
          </w:p>
        </w:tc>
        <w:tc>
          <w:tcPr>
            <w:tcW w:w="4680" w:type="dxa"/>
            <w:shd w:val="clear" w:color="auto" w:fill="F2F4F7"/>
          </w:tcPr>
          <w:p w14:paraId="205764B7" w14:textId="77777777" w:rsidR="00D8591A" w:rsidRDefault="00000000">
            <w:r>
              <w:rPr>
                <w:b/>
              </w:rPr>
              <w:t>MinutMate</w:t>
            </w:r>
          </w:p>
        </w:tc>
      </w:tr>
      <w:tr w:rsidR="00D8591A" w:rsidRPr="002A2C23" w14:paraId="322750CA" w14:textId="77777777">
        <w:tc>
          <w:tcPr>
            <w:tcW w:w="4680" w:type="dxa"/>
            <w:vAlign w:val="center"/>
          </w:tcPr>
          <w:p w14:paraId="735489B9" w14:textId="77777777" w:rsidR="00D8591A" w:rsidRPr="002A2C23" w:rsidRDefault="00000000">
            <w:pPr>
              <w:rPr>
                <w:lang w:val="de-DE"/>
              </w:rPr>
            </w:pPr>
            <w:r w:rsidRPr="002A2C23">
              <w:rPr>
                <w:lang w:val="de-DE"/>
              </w:rPr>
              <w:t>Ort, Datum: ______________________________</w:t>
            </w:r>
            <w:r w:rsidRPr="002A2C23">
              <w:rPr>
                <w:lang w:val="de-DE"/>
              </w:rPr>
              <w:br/>
              <w:t>Name/Funktion: ___________________________</w:t>
            </w:r>
            <w:r w:rsidRPr="002A2C23">
              <w:rPr>
                <w:lang w:val="de-DE"/>
              </w:rPr>
              <w:br/>
              <w:t>Unterschrift: ____________________________</w:t>
            </w:r>
          </w:p>
        </w:tc>
        <w:tc>
          <w:tcPr>
            <w:tcW w:w="4680" w:type="dxa"/>
            <w:vAlign w:val="center"/>
          </w:tcPr>
          <w:p w14:paraId="0D348036" w14:textId="77777777" w:rsidR="00D8591A" w:rsidRPr="002A2C23" w:rsidRDefault="00000000">
            <w:pPr>
              <w:rPr>
                <w:lang w:val="de-DE"/>
              </w:rPr>
            </w:pPr>
            <w:r w:rsidRPr="002A2C23">
              <w:rPr>
                <w:lang w:val="de-DE"/>
              </w:rPr>
              <w:t>Ort, Datum: ______________________________</w:t>
            </w:r>
            <w:r w:rsidRPr="002A2C23">
              <w:rPr>
                <w:lang w:val="de-DE"/>
              </w:rPr>
              <w:br/>
              <w:t>Marcos Caprile Santos, Inhaber</w:t>
            </w:r>
            <w:r w:rsidRPr="002A2C23">
              <w:rPr>
                <w:lang w:val="de-DE"/>
              </w:rPr>
              <w:br/>
              <w:t>Unterschrift: ____________________________</w:t>
            </w:r>
          </w:p>
        </w:tc>
      </w:tr>
    </w:tbl>
    <w:p w14:paraId="29531F90" w14:textId="77777777" w:rsidR="00D8591A" w:rsidRPr="002A2C23" w:rsidRDefault="00D8591A">
      <w:pPr>
        <w:rPr>
          <w:lang w:val="de-DE"/>
        </w:rPr>
      </w:pPr>
    </w:p>
    <w:sectPr w:rsidR="00D8591A" w:rsidRPr="002A2C23" w:rsidSect="00034616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5F8143" w14:textId="77777777" w:rsidR="00B90826" w:rsidRDefault="00B90826">
      <w:pPr>
        <w:spacing w:after="0" w:line="240" w:lineRule="auto"/>
      </w:pPr>
      <w:r>
        <w:separator/>
      </w:r>
    </w:p>
  </w:endnote>
  <w:endnote w:type="continuationSeparator" w:id="0">
    <w:p w14:paraId="3976D872" w14:textId="77777777" w:rsidR="00B90826" w:rsidRDefault="00B90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896E27" w14:textId="77777777" w:rsidR="00D8591A" w:rsidRDefault="00000000">
    <w:pPr>
      <w:pStyle w:val="Fuzeile"/>
      <w:jc w:val="right"/>
    </w:pPr>
    <w:proofErr w:type="spellStart"/>
    <w:r>
      <w:rPr>
        <w:color w:val="5A626C"/>
        <w:sz w:val="17"/>
      </w:rPr>
      <w:t>MinutMate</w:t>
    </w:r>
    <w:proofErr w:type="spellEnd"/>
    <w:r>
      <w:rPr>
        <w:color w:val="5A626C"/>
        <w:sz w:val="17"/>
      </w:rPr>
      <w:t xml:space="preserve"> · </w:t>
    </w:r>
    <w:proofErr w:type="spellStart"/>
    <w:r>
      <w:rPr>
        <w:color w:val="5A626C"/>
        <w:sz w:val="17"/>
      </w:rPr>
      <w:t>Arbeits</w:t>
    </w:r>
    <w:proofErr w:type="spellEnd"/>
    <w:r>
      <w:rPr>
        <w:color w:val="5A626C"/>
        <w:sz w:val="17"/>
      </w:rPr>
      <w:t xml:space="preserve">- und </w:t>
    </w:r>
    <w:proofErr w:type="spellStart"/>
    <w:r>
      <w:rPr>
        <w:color w:val="5A626C"/>
        <w:sz w:val="17"/>
      </w:rPr>
      <w:t>Prüffassung</w:t>
    </w:r>
    <w:proofErr w:type="spellEnd"/>
    <w:r>
      <w:rPr>
        <w:color w:val="5A626C"/>
        <w:sz w:val="17"/>
      </w:rPr>
      <w:t xml:space="preserve"> · </w:t>
    </w:r>
    <w:proofErr w:type="spellStart"/>
    <w:r>
      <w:rPr>
        <w:color w:val="5A626C"/>
        <w:sz w:val="17"/>
      </w:rPr>
      <w:t>vertraulich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A37AB8" w14:textId="77777777" w:rsidR="00B90826" w:rsidRDefault="00B90826">
      <w:pPr>
        <w:spacing w:after="0" w:line="240" w:lineRule="auto"/>
      </w:pPr>
      <w:r>
        <w:separator/>
      </w:r>
    </w:p>
  </w:footnote>
  <w:footnote w:type="continuationSeparator" w:id="0">
    <w:p w14:paraId="4BA458BF" w14:textId="77777777" w:rsidR="00B90826" w:rsidRDefault="00B90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9A3D16" w14:textId="77777777" w:rsidR="00D8591A" w:rsidRDefault="00000000">
    <w:pPr>
      <w:pStyle w:val="Kopfzeile"/>
    </w:pPr>
    <w:r>
      <w:rPr>
        <w:color w:val="5A626C"/>
        <w:sz w:val="18"/>
      </w:rPr>
      <w:t xml:space="preserve">SSD Manager | </w:t>
    </w:r>
    <w:proofErr w:type="spellStart"/>
    <w:r>
      <w:rPr>
        <w:color w:val="5A626C"/>
        <w:sz w:val="18"/>
      </w:rPr>
      <w:t>Auftragsverarbeitungsvertrag</w:t>
    </w:r>
    <w:proofErr w:type="spellEnd"/>
    <w:r>
      <w:rPr>
        <w:color w:val="5A626C"/>
        <w:sz w:val="18"/>
      </w:rPr>
      <w:t xml:space="preserve"> SSD Manager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3416111">
    <w:abstractNumId w:val="8"/>
  </w:num>
  <w:num w:numId="2" w16cid:durableId="1665012542">
    <w:abstractNumId w:val="6"/>
  </w:num>
  <w:num w:numId="3" w16cid:durableId="1234698396">
    <w:abstractNumId w:val="5"/>
  </w:num>
  <w:num w:numId="4" w16cid:durableId="608124840">
    <w:abstractNumId w:val="4"/>
  </w:num>
  <w:num w:numId="5" w16cid:durableId="306318979">
    <w:abstractNumId w:val="7"/>
  </w:num>
  <w:num w:numId="6" w16cid:durableId="2097944707">
    <w:abstractNumId w:val="3"/>
  </w:num>
  <w:num w:numId="7" w16cid:durableId="2059627209">
    <w:abstractNumId w:val="2"/>
  </w:num>
  <w:num w:numId="8" w16cid:durableId="987592213">
    <w:abstractNumId w:val="1"/>
  </w:num>
  <w:num w:numId="9" w16cid:durableId="3077077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A2C23"/>
    <w:rsid w:val="00326F90"/>
    <w:rsid w:val="005F4DD7"/>
    <w:rsid w:val="00AA1D8D"/>
    <w:rsid w:val="00B47730"/>
    <w:rsid w:val="00B90826"/>
    <w:rsid w:val="00CB0664"/>
    <w:rsid w:val="00D8591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3C3C27"/>
  <w14:defaultImageDpi w14:val="300"/>
  <w15:docId w15:val="{E232ECA4-7BB4-BC44-9E5B-491FACC4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120" w:line="264" w:lineRule="auto"/>
    </w:pPr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585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Auftragsverarbeitungsvertrag SSD Manager</dc:title>
  <dc:subject>SSD Manager Datenschutz- und Vertragsunterlagen</dc:subject>
  <dc:creator>MinutMate</dc:creator>
  <cp:keywords>SSD Manager, DSGVO, Schule, Prüffassung</cp:keywords>
  <dc:description>generated by python-docx</dc:description>
  <cp:lastModifiedBy>Marcos Caprile</cp:lastModifiedBy>
  <cp:revision>2</cp:revision>
  <dcterms:created xsi:type="dcterms:W3CDTF">2013-12-23T23:15:00Z</dcterms:created>
  <dcterms:modified xsi:type="dcterms:W3CDTF">2026-07-26T20:36:00Z</dcterms:modified>
  <cp:category/>
</cp:coreProperties>
</file>