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7E7DBB" w14:textId="77777777" w:rsidR="005C4D10" w:rsidRPr="00D12EDE" w:rsidRDefault="00000000">
      <w:pPr>
        <w:spacing w:after="80"/>
        <w:rPr>
          <w:lang w:val="de-DE"/>
        </w:rPr>
      </w:pPr>
      <w:r w:rsidRPr="00D12EDE">
        <w:rPr>
          <w:b/>
          <w:color w:val="1F4D78"/>
          <w:sz w:val="48"/>
          <w:lang w:val="de-DE"/>
        </w:rPr>
        <w:t>Impressum SSD Manager</w:t>
      </w:r>
    </w:p>
    <w:p w14:paraId="4CAA65C5" w14:textId="77777777" w:rsidR="005C4D10" w:rsidRPr="00D12EDE" w:rsidRDefault="00000000">
      <w:pPr>
        <w:spacing w:after="280"/>
        <w:rPr>
          <w:lang w:val="de-DE"/>
        </w:rPr>
      </w:pPr>
      <w:r w:rsidRPr="00D12EDE">
        <w:rPr>
          <w:color w:val="5A626C"/>
          <w:sz w:val="26"/>
          <w:lang w:val="de-DE"/>
        </w:rPr>
        <w:t>Anbieterkennzeichnung nach § 5 DDG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5C4D10" w14:paraId="1DEA95F1" w14:textId="77777777">
        <w:tc>
          <w:tcPr>
            <w:tcW w:w="1800" w:type="dxa"/>
            <w:shd w:val="clear" w:color="auto" w:fill="F2F4F7"/>
            <w:vAlign w:val="center"/>
          </w:tcPr>
          <w:p w14:paraId="400F138E" w14:textId="77777777" w:rsidR="005C4D10" w:rsidRDefault="00000000">
            <w:proofErr w:type="spellStart"/>
            <w:r>
              <w:rPr>
                <w:b/>
              </w:rPr>
              <w:t>Produkt</w:t>
            </w:r>
            <w:proofErr w:type="spellEnd"/>
          </w:p>
        </w:tc>
        <w:tc>
          <w:tcPr>
            <w:tcW w:w="7560" w:type="dxa"/>
            <w:vAlign w:val="center"/>
          </w:tcPr>
          <w:p w14:paraId="1D6DF206" w14:textId="77777777" w:rsidR="005C4D10" w:rsidRDefault="00000000">
            <w:r>
              <w:t>SSD Manager</w:t>
            </w:r>
          </w:p>
        </w:tc>
      </w:tr>
      <w:tr w:rsidR="005C4D10" w14:paraId="2AD17F5C" w14:textId="77777777">
        <w:tc>
          <w:tcPr>
            <w:tcW w:w="1800" w:type="dxa"/>
            <w:shd w:val="clear" w:color="auto" w:fill="F2F4F7"/>
            <w:vAlign w:val="center"/>
          </w:tcPr>
          <w:p w14:paraId="4B86F626" w14:textId="77777777" w:rsidR="005C4D10" w:rsidRDefault="00000000">
            <w:r>
              <w:rPr>
                <w:b/>
              </w:rPr>
              <w:t>Stand</w:t>
            </w:r>
          </w:p>
        </w:tc>
        <w:tc>
          <w:tcPr>
            <w:tcW w:w="7560" w:type="dxa"/>
            <w:vAlign w:val="center"/>
          </w:tcPr>
          <w:p w14:paraId="139DE11B" w14:textId="77777777" w:rsidR="005C4D10" w:rsidRDefault="00000000">
            <w:r>
              <w:t>26.07.2026</w:t>
            </w:r>
          </w:p>
        </w:tc>
      </w:tr>
      <w:tr w:rsidR="005C4D10" w:rsidRPr="00D12EDE" w14:paraId="38C18957" w14:textId="77777777">
        <w:tc>
          <w:tcPr>
            <w:tcW w:w="1800" w:type="dxa"/>
            <w:shd w:val="clear" w:color="auto" w:fill="F2F4F7"/>
            <w:vAlign w:val="center"/>
          </w:tcPr>
          <w:p w14:paraId="420FA8E4" w14:textId="77777777" w:rsidR="005C4D10" w:rsidRDefault="00000000">
            <w:r>
              <w:rPr>
                <w:b/>
              </w:rPr>
              <w:t>Status</w:t>
            </w:r>
          </w:p>
        </w:tc>
        <w:tc>
          <w:tcPr>
            <w:tcW w:w="7560" w:type="dxa"/>
            <w:vAlign w:val="center"/>
          </w:tcPr>
          <w:p w14:paraId="6DCEFCB4" w14:textId="77777777" w:rsidR="005C4D10" w:rsidRPr="00D12EDE" w:rsidRDefault="00000000">
            <w:pPr>
              <w:rPr>
                <w:lang w:val="de-DE"/>
              </w:rPr>
            </w:pPr>
            <w:r w:rsidRPr="00D12EDE">
              <w:rPr>
                <w:lang w:val="de-DE"/>
              </w:rPr>
              <w:t>Prüffassung – vor Einsatz rechtlich und schulrechtlich freigeben</w:t>
            </w:r>
          </w:p>
        </w:tc>
      </w:tr>
    </w:tbl>
    <w:p w14:paraId="2856715A" w14:textId="17474B69" w:rsidR="00D12EDE" w:rsidRPr="00D12EDE" w:rsidRDefault="00D12EDE">
      <w:pPr>
        <w:rPr>
          <w:lang w:val="de-DE"/>
        </w:rPr>
      </w:pPr>
      <w:r>
        <w:rPr>
          <w:lang w:val="de-DE"/>
        </w:rPr>
        <w:br/>
      </w:r>
    </w:p>
    <w:p w14:paraId="168D0B5D" w14:textId="77777777" w:rsidR="005C4D10" w:rsidRPr="00D12EDE" w:rsidRDefault="00000000">
      <w:pPr>
        <w:pStyle w:val="berschrift1"/>
        <w:rPr>
          <w:lang w:val="de-DE"/>
        </w:rPr>
      </w:pPr>
      <w:r w:rsidRPr="00D12EDE">
        <w:rPr>
          <w:lang w:val="de-DE"/>
        </w:rPr>
        <w:t>Angaben zum Diensteanbieter</w:t>
      </w:r>
    </w:p>
    <w:p w14:paraId="3BF9A87B" w14:textId="77777777" w:rsidR="005C4D10" w:rsidRPr="00D12EDE" w:rsidRDefault="00000000">
      <w:pPr>
        <w:rPr>
          <w:lang w:val="de-DE"/>
        </w:rPr>
      </w:pPr>
      <w:r w:rsidRPr="00D12EDE">
        <w:rPr>
          <w:lang w:val="de-DE"/>
        </w:rPr>
        <w:t xml:space="preserve">Marcos Caprile Santos, handelnd unter </w:t>
      </w:r>
      <w:proofErr w:type="spellStart"/>
      <w:r w:rsidRPr="00D12EDE">
        <w:rPr>
          <w:lang w:val="de-DE"/>
        </w:rPr>
        <w:t>MinutMate</w:t>
      </w:r>
      <w:proofErr w:type="spellEnd"/>
      <w:r w:rsidRPr="00D12EDE">
        <w:rPr>
          <w:lang w:val="de-DE"/>
        </w:rPr>
        <w:br/>
        <w:t>Einzelunternehmen</w:t>
      </w:r>
      <w:r w:rsidRPr="00D12EDE">
        <w:rPr>
          <w:lang w:val="de-DE"/>
        </w:rPr>
        <w:br/>
      </w:r>
      <w:proofErr w:type="spellStart"/>
      <w:r w:rsidRPr="00D12EDE">
        <w:rPr>
          <w:lang w:val="de-DE"/>
        </w:rPr>
        <w:t>Heltorfer</w:t>
      </w:r>
      <w:proofErr w:type="spellEnd"/>
      <w:r w:rsidRPr="00D12EDE">
        <w:rPr>
          <w:lang w:val="de-DE"/>
        </w:rPr>
        <w:t xml:space="preserve"> Mark 131, 40489 Düsseldorf, Deutschland</w:t>
      </w:r>
    </w:p>
    <w:p w14:paraId="73C14B46" w14:textId="77777777" w:rsidR="005C4D10" w:rsidRPr="00D12EDE" w:rsidRDefault="00000000">
      <w:pPr>
        <w:pStyle w:val="berschrift1"/>
        <w:rPr>
          <w:lang w:val="de-DE"/>
        </w:rPr>
      </w:pPr>
      <w:r w:rsidRPr="00D12EDE">
        <w:rPr>
          <w:lang w:val="de-DE"/>
        </w:rPr>
        <w:t>Kontakt</w:t>
      </w:r>
    </w:p>
    <w:p w14:paraId="5971BF67" w14:textId="77777777" w:rsidR="005C4D10" w:rsidRPr="00D12EDE" w:rsidRDefault="00000000">
      <w:pPr>
        <w:rPr>
          <w:lang w:val="de-DE"/>
        </w:rPr>
      </w:pPr>
      <w:r w:rsidRPr="00D12EDE">
        <w:rPr>
          <w:lang w:val="de-DE"/>
        </w:rPr>
        <w:t>Telefon: +49 172 7723349</w:t>
      </w:r>
      <w:r w:rsidRPr="00D12EDE">
        <w:rPr>
          <w:lang w:val="de-DE"/>
        </w:rPr>
        <w:br/>
        <w:t>Produktkontakt: info@ssd-manager.minutmate.com</w:t>
      </w:r>
      <w:r w:rsidRPr="00D12EDE">
        <w:rPr>
          <w:lang w:val="de-DE"/>
        </w:rPr>
        <w:br/>
        <w:t>Produktsupport: support@ssd-manager.minutmate.com</w:t>
      </w:r>
      <w:r w:rsidRPr="00D12EDE">
        <w:rPr>
          <w:lang w:val="de-DE"/>
        </w:rPr>
        <w:br/>
        <w:t xml:space="preserve">Allgemeiner </w:t>
      </w:r>
      <w:proofErr w:type="spellStart"/>
      <w:r w:rsidRPr="00D12EDE">
        <w:rPr>
          <w:lang w:val="de-DE"/>
        </w:rPr>
        <w:t>MinutMate</w:t>
      </w:r>
      <w:proofErr w:type="spellEnd"/>
      <w:r w:rsidRPr="00D12EDE">
        <w:rPr>
          <w:lang w:val="de-DE"/>
        </w:rPr>
        <w:t>-Kontakt: info@minutmate.com</w:t>
      </w:r>
      <w:r w:rsidRPr="00D12EDE">
        <w:rPr>
          <w:lang w:val="de-DE"/>
        </w:rPr>
        <w:br/>
        <w:t>Verwaltung: verwaltung@minutmate.com</w:t>
      </w:r>
      <w:r w:rsidRPr="00D12EDE">
        <w:rPr>
          <w:lang w:val="de-DE"/>
        </w:rPr>
        <w:br/>
        <w:t>Datenschutzkontakt: datenschutz@minutmate.com</w:t>
      </w:r>
    </w:p>
    <w:p w14:paraId="7BC8BFBC" w14:textId="77777777" w:rsidR="005C4D10" w:rsidRPr="00D12EDE" w:rsidRDefault="00000000">
      <w:pPr>
        <w:pStyle w:val="berschrift1"/>
        <w:rPr>
          <w:lang w:val="de-DE"/>
        </w:rPr>
      </w:pPr>
      <w:r w:rsidRPr="00D12EDE">
        <w:rPr>
          <w:lang w:val="de-DE"/>
        </w:rPr>
        <w:t>Unternehmens- und Steuerangaben</w:t>
      </w:r>
    </w:p>
    <w:p w14:paraId="5F709006" w14:textId="77777777" w:rsidR="005C4D10" w:rsidRPr="00D12EDE" w:rsidRDefault="00000000">
      <w:pPr>
        <w:rPr>
          <w:lang w:val="de-DE"/>
        </w:rPr>
      </w:pPr>
      <w:proofErr w:type="spellStart"/>
      <w:r w:rsidRPr="00D12EDE">
        <w:rPr>
          <w:lang w:val="de-DE"/>
        </w:rPr>
        <w:t>MinutMate</w:t>
      </w:r>
      <w:proofErr w:type="spellEnd"/>
      <w:r w:rsidRPr="00D12EDE">
        <w:rPr>
          <w:lang w:val="de-DE"/>
        </w:rPr>
        <w:t xml:space="preserve"> wird als Einzelunternehmen geführt. Eine Handelsregistereintragung besteht derzeit nicht. Umsatzsteuer-Identifikationsnummer gemäß § 27a UStG: DE462926396.</w:t>
      </w:r>
    </w:p>
    <w:p w14:paraId="7C521243" w14:textId="77777777" w:rsidR="005C4D10" w:rsidRPr="00D12EDE" w:rsidRDefault="00000000">
      <w:pPr>
        <w:pStyle w:val="berschrift1"/>
        <w:rPr>
          <w:lang w:val="de-DE"/>
        </w:rPr>
      </w:pPr>
      <w:r w:rsidRPr="00D12EDE">
        <w:rPr>
          <w:lang w:val="de-DE"/>
        </w:rPr>
        <w:t>Verbraucherstreitbeilegung</w:t>
      </w:r>
    </w:p>
    <w:p w14:paraId="73939D9B" w14:textId="77777777" w:rsidR="005C4D10" w:rsidRPr="00D12EDE" w:rsidRDefault="00000000">
      <w:pPr>
        <w:rPr>
          <w:lang w:val="de-DE"/>
        </w:rPr>
      </w:pPr>
      <w:proofErr w:type="spellStart"/>
      <w:r w:rsidRPr="00D12EDE">
        <w:rPr>
          <w:lang w:val="de-DE"/>
        </w:rPr>
        <w:t>MinutMate</w:t>
      </w:r>
      <w:proofErr w:type="spellEnd"/>
      <w:r w:rsidRPr="00D12EDE">
        <w:rPr>
          <w:lang w:val="de-DE"/>
        </w:rPr>
        <w:t xml:space="preserve"> ist nicht verpflichtet und nicht bereit, an Streitbeilegungsverfahren vor einer Verbraucherschlichtungsstelle teilzunehmen.</w:t>
      </w:r>
    </w:p>
    <w:p w14:paraId="01123A86" w14:textId="77777777" w:rsidR="005C4D10" w:rsidRPr="00D12EDE" w:rsidRDefault="00000000">
      <w:pPr>
        <w:pStyle w:val="berschrift1"/>
        <w:rPr>
          <w:lang w:val="de-DE"/>
        </w:rPr>
      </w:pPr>
      <w:r w:rsidRPr="00D12EDE">
        <w:rPr>
          <w:lang w:val="de-DE"/>
        </w:rPr>
        <w:t>Geltungsbereich und Links</w:t>
      </w:r>
    </w:p>
    <w:p w14:paraId="335BD9DB" w14:textId="77777777" w:rsidR="005C4D10" w:rsidRPr="00D12EDE" w:rsidRDefault="00000000">
      <w:pPr>
        <w:rPr>
          <w:lang w:val="de-DE"/>
        </w:rPr>
      </w:pPr>
      <w:r w:rsidRPr="00D12EDE">
        <w:rPr>
          <w:lang w:val="de-DE"/>
        </w:rPr>
        <w:t>Dieses Impressum gilt für die SSD-Manager-App, die Website https://ssd-manager.minutmate.com und die zugehörigen produktbezogenen Seiten. Datenschutzerklärung: https://ssd-manager.minutmate.com/datenschutz/ · Nutzungsbedingungen: https://ssd-manager.minutmate.com/nutzungsbedingungen/ · Support: https://ssd-manager.minutmate.com/support/.</w:t>
      </w:r>
    </w:p>
    <w:sectPr w:rsidR="005C4D10" w:rsidRPr="00D12EDE" w:rsidSect="00034616">
      <w:headerReference w:type="default" r:id="rId8"/>
      <w:footerReference w:type="default" r:id="rId9"/>
      <w:pgSz w:w="12240" w:h="15840"/>
      <w:pgMar w:top="1123" w:right="1440" w:bottom="1037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EBBE46" w14:textId="77777777" w:rsidR="00B06EBF" w:rsidRDefault="00B06EBF">
      <w:pPr>
        <w:spacing w:after="0" w:line="240" w:lineRule="auto"/>
      </w:pPr>
      <w:r>
        <w:separator/>
      </w:r>
    </w:p>
  </w:endnote>
  <w:endnote w:type="continuationSeparator" w:id="0">
    <w:p w14:paraId="569214F8" w14:textId="77777777" w:rsidR="00B06EBF" w:rsidRDefault="00B0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BF19B" w14:textId="77777777" w:rsidR="005C4D10" w:rsidRDefault="00000000">
    <w:pPr>
      <w:pStyle w:val="Fuzeile"/>
      <w:jc w:val="right"/>
    </w:pPr>
    <w:proofErr w:type="spellStart"/>
    <w:r>
      <w:rPr>
        <w:color w:val="5A626C"/>
        <w:sz w:val="17"/>
      </w:rPr>
      <w:t>MinutMate</w:t>
    </w:r>
    <w:proofErr w:type="spellEnd"/>
    <w:r>
      <w:rPr>
        <w:color w:val="5A626C"/>
        <w:sz w:val="17"/>
      </w:rPr>
      <w:t xml:space="preserve"> · </w:t>
    </w:r>
    <w:proofErr w:type="spellStart"/>
    <w:r>
      <w:rPr>
        <w:color w:val="5A626C"/>
        <w:sz w:val="17"/>
      </w:rPr>
      <w:t>Arbeits</w:t>
    </w:r>
    <w:proofErr w:type="spellEnd"/>
    <w:r>
      <w:rPr>
        <w:color w:val="5A626C"/>
        <w:sz w:val="17"/>
      </w:rPr>
      <w:t xml:space="preserve">- und </w:t>
    </w:r>
    <w:proofErr w:type="spellStart"/>
    <w:r>
      <w:rPr>
        <w:color w:val="5A626C"/>
        <w:sz w:val="17"/>
      </w:rPr>
      <w:t>Prüffassung</w:t>
    </w:r>
    <w:proofErr w:type="spellEnd"/>
    <w:r>
      <w:rPr>
        <w:color w:val="5A626C"/>
        <w:sz w:val="17"/>
      </w:rPr>
      <w:t xml:space="preserve"> · </w:t>
    </w:r>
    <w:proofErr w:type="spellStart"/>
    <w:r>
      <w:rPr>
        <w:color w:val="5A626C"/>
        <w:sz w:val="17"/>
      </w:rPr>
      <w:t>vertraulich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29F692" w14:textId="77777777" w:rsidR="00B06EBF" w:rsidRDefault="00B06EBF">
      <w:pPr>
        <w:spacing w:after="0" w:line="240" w:lineRule="auto"/>
      </w:pPr>
      <w:r>
        <w:separator/>
      </w:r>
    </w:p>
  </w:footnote>
  <w:footnote w:type="continuationSeparator" w:id="0">
    <w:p w14:paraId="276A3741" w14:textId="77777777" w:rsidR="00B06EBF" w:rsidRDefault="00B06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91F9A6" w14:textId="77777777" w:rsidR="005C4D10" w:rsidRDefault="00000000">
    <w:pPr>
      <w:pStyle w:val="Kopfzeile"/>
    </w:pPr>
    <w:r>
      <w:rPr>
        <w:color w:val="5A626C"/>
        <w:sz w:val="18"/>
      </w:rPr>
      <w:t xml:space="preserve">SSD Manager | </w:t>
    </w:r>
    <w:proofErr w:type="spellStart"/>
    <w:r>
      <w:rPr>
        <w:color w:val="5A626C"/>
        <w:sz w:val="18"/>
      </w:rPr>
      <w:t>Impressum</w:t>
    </w:r>
    <w:proofErr w:type="spellEnd"/>
    <w:r>
      <w:rPr>
        <w:color w:val="5A626C"/>
        <w:sz w:val="18"/>
      </w:rPr>
      <w:t xml:space="preserve"> SSD Manager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965651">
    <w:abstractNumId w:val="8"/>
  </w:num>
  <w:num w:numId="2" w16cid:durableId="1127622858">
    <w:abstractNumId w:val="6"/>
  </w:num>
  <w:num w:numId="3" w16cid:durableId="2137871383">
    <w:abstractNumId w:val="5"/>
  </w:num>
  <w:num w:numId="4" w16cid:durableId="1252466104">
    <w:abstractNumId w:val="4"/>
  </w:num>
  <w:num w:numId="5" w16cid:durableId="430472290">
    <w:abstractNumId w:val="7"/>
  </w:num>
  <w:num w:numId="6" w16cid:durableId="722098841">
    <w:abstractNumId w:val="3"/>
  </w:num>
  <w:num w:numId="7" w16cid:durableId="690491494">
    <w:abstractNumId w:val="2"/>
  </w:num>
  <w:num w:numId="8" w16cid:durableId="913509579">
    <w:abstractNumId w:val="1"/>
  </w:num>
  <w:num w:numId="9" w16cid:durableId="17042864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C4D10"/>
    <w:rsid w:val="005F4DD7"/>
    <w:rsid w:val="00AA1D8D"/>
    <w:rsid w:val="00B06EBF"/>
    <w:rsid w:val="00B47730"/>
    <w:rsid w:val="00CB0664"/>
    <w:rsid w:val="00D12E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3AF88"/>
  <w14:defaultImageDpi w14:val="300"/>
  <w15:docId w15:val="{E232ECA4-7BB4-BC44-9E5B-491FACC4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80" w:line="250" w:lineRule="auto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Impressum SSD Manager</dc:title>
  <dc:subject>SSD Manager Datenschutz- und Vertragsunterlagen</dc:subject>
  <dc:creator>MinutMate</dc:creator>
  <cp:keywords>SSD Manager, DSGVO, Schule, Prüffassung</cp:keywords>
  <dc:description>generated by python-docx</dc:description>
  <cp:lastModifiedBy>Marcos Caprile</cp:lastModifiedBy>
  <cp:revision>2</cp:revision>
  <dcterms:created xsi:type="dcterms:W3CDTF">2013-12-23T23:15:00Z</dcterms:created>
  <dcterms:modified xsi:type="dcterms:W3CDTF">2026-07-26T20:17:00Z</dcterms:modified>
  <cp:category/>
</cp:coreProperties>
</file>